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65D7" w14:textId="06F8E4A5" w:rsidR="00DC32F6" w:rsidRPr="007251F0" w:rsidRDefault="00DC32F6">
      <w:pPr>
        <w:spacing w:before="120" w:after="60"/>
        <w:rPr>
          <w:b/>
          <w:sz w:val="27"/>
        </w:rPr>
      </w:pPr>
      <w:r w:rsidRPr="00027E64">
        <w:rPr>
          <w:rStyle w:val="Rubrik1Char"/>
          <w:color w:val="auto"/>
        </w:rPr>
        <w:t>ANMÄLAN TILL SOCIALTJÄNSTEN OM BARN/UNGDOM SOM FAR ILLA</w:t>
      </w:r>
      <w:r w:rsidRPr="00027E64">
        <w:rPr>
          <w:rStyle w:val="Rubrik1Char"/>
          <w:color w:val="auto"/>
        </w:rPr>
        <w:br/>
      </w:r>
      <w:r w:rsidRPr="007251F0">
        <w:rPr>
          <w:sz w:val="18"/>
          <w:szCs w:val="18"/>
        </w:rPr>
        <w:t>Socialtjänstlagen 1</w:t>
      </w:r>
      <w:r w:rsidR="001F679B">
        <w:rPr>
          <w:sz w:val="18"/>
          <w:szCs w:val="18"/>
        </w:rPr>
        <w:t>9</w:t>
      </w:r>
      <w:r w:rsidRPr="007251F0">
        <w:rPr>
          <w:sz w:val="18"/>
          <w:szCs w:val="18"/>
        </w:rPr>
        <w:t xml:space="preserve"> kap 1 §</w:t>
      </w:r>
    </w:p>
    <w:p w14:paraId="083DC5B8" w14:textId="77777777" w:rsidR="00DC32F6" w:rsidRPr="007251F0" w:rsidRDefault="00DC32F6">
      <w:pPr>
        <w:spacing w:before="120" w:after="60"/>
        <w:rPr>
          <w:b/>
          <w:sz w:val="27"/>
        </w:rPr>
      </w:pPr>
    </w:p>
    <w:p w14:paraId="44D6EACD" w14:textId="77777777" w:rsidR="00B17451" w:rsidRPr="00DC32F6" w:rsidRDefault="003B134E" w:rsidP="00DC32F6">
      <w:pPr>
        <w:pStyle w:val="Default"/>
      </w:pPr>
      <w:r w:rsidRPr="00DC32F6">
        <w:rPr>
          <w:b/>
        </w:rPr>
        <w:t>Uppgifter om anmälaren</w:t>
      </w:r>
      <w:r w:rsidR="00DC32F6" w:rsidRPr="00DC32F6"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98"/>
        <w:gridCol w:w="6293"/>
      </w:tblGrid>
      <w:tr w:rsidR="00B17451" w14:paraId="30AEF4EC" w14:textId="77777777">
        <w:trPr>
          <w:trHeight w:val="510"/>
          <w:jc w:val="center"/>
        </w:trPr>
        <w:tc>
          <w:tcPr>
            <w:tcW w:w="379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FA94D7" w14:textId="7AA14E38" w:rsidR="00B17451" w:rsidRPr="0085208D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85208D">
              <w:rPr>
                <w:sz w:val="18"/>
                <w:szCs w:val="18"/>
              </w:rPr>
              <w:t>Datum</w:t>
            </w:r>
            <w:r w:rsidR="00614FB1" w:rsidRPr="0085208D">
              <w:rPr>
                <w:sz w:val="18"/>
                <w:szCs w:val="18"/>
              </w:rPr>
              <w:t>:</w:t>
            </w:r>
            <w:r w:rsidR="0085208D" w:rsidRP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0"/>
          </w:p>
        </w:tc>
        <w:tc>
          <w:tcPr>
            <w:tcW w:w="629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2CB1D4" w14:textId="1FA4C5A2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Namn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1"/>
          </w:p>
        </w:tc>
      </w:tr>
      <w:tr w:rsidR="00B17451" w14:paraId="11F97799" w14:textId="77777777">
        <w:trPr>
          <w:trHeight w:val="510"/>
          <w:jc w:val="center"/>
        </w:trPr>
        <w:tc>
          <w:tcPr>
            <w:tcW w:w="10091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F6D295" w14:textId="4154FF35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Telefonnummer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2"/>
          </w:p>
        </w:tc>
      </w:tr>
      <w:tr w:rsidR="00B17451" w:rsidRPr="007251F0" w14:paraId="52EDC523" w14:textId="77777777">
        <w:trPr>
          <w:trHeight w:val="567"/>
          <w:jc w:val="center"/>
        </w:trPr>
        <w:tc>
          <w:tcPr>
            <w:tcW w:w="10091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6DD76A" w14:textId="050A2802" w:rsidR="00B17451" w:rsidRPr="0085208D" w:rsidRDefault="003B134E">
            <w:pPr>
              <w:spacing w:after="0" w:line="240" w:lineRule="auto"/>
              <w:rPr>
                <w:sz w:val="22"/>
              </w:rPr>
            </w:pPr>
            <w:r w:rsidRPr="007251F0">
              <w:rPr>
                <w:sz w:val="18"/>
                <w:szCs w:val="18"/>
              </w:rPr>
              <w:t>Anmälarens relation till barnet/ungdomen: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85208D">
              <w:rPr>
                <w:sz w:val="22"/>
              </w:rPr>
              <w:instrText xml:space="preserve"> FORMTEXT </w:instrText>
            </w:r>
            <w:r w:rsidR="0085208D">
              <w:rPr>
                <w:sz w:val="22"/>
              </w:rPr>
            </w:r>
            <w:r w:rsidR="0085208D">
              <w:rPr>
                <w:sz w:val="22"/>
              </w:rPr>
              <w:fldChar w:fldCharType="separate"/>
            </w:r>
            <w:r w:rsidR="0085208D">
              <w:rPr>
                <w:noProof/>
                <w:sz w:val="22"/>
              </w:rPr>
              <w:t> </w:t>
            </w:r>
            <w:r w:rsidR="0085208D">
              <w:rPr>
                <w:noProof/>
                <w:sz w:val="22"/>
              </w:rPr>
              <w:t> </w:t>
            </w:r>
            <w:r w:rsidR="0085208D">
              <w:rPr>
                <w:noProof/>
                <w:sz w:val="22"/>
              </w:rPr>
              <w:t> </w:t>
            </w:r>
            <w:r w:rsidR="0085208D">
              <w:rPr>
                <w:noProof/>
                <w:sz w:val="22"/>
              </w:rPr>
              <w:t> </w:t>
            </w:r>
            <w:r w:rsidR="0085208D">
              <w:rPr>
                <w:noProof/>
                <w:sz w:val="22"/>
              </w:rPr>
              <w:t> </w:t>
            </w:r>
            <w:r w:rsidR="0085208D">
              <w:rPr>
                <w:sz w:val="22"/>
              </w:rPr>
              <w:fldChar w:fldCharType="end"/>
            </w:r>
            <w:bookmarkEnd w:id="3"/>
          </w:p>
        </w:tc>
      </w:tr>
    </w:tbl>
    <w:p w14:paraId="06B0C26F" w14:textId="77777777" w:rsidR="00B17451" w:rsidRPr="00DC32F6" w:rsidRDefault="00DC32F6">
      <w:pPr>
        <w:spacing w:before="120" w:after="60"/>
        <w:rPr>
          <w:sz w:val="24"/>
          <w:szCs w:val="24"/>
        </w:rPr>
      </w:pPr>
      <w:r w:rsidRPr="007251F0">
        <w:rPr>
          <w:b/>
          <w:sz w:val="24"/>
          <w:szCs w:val="24"/>
        </w:rPr>
        <w:br/>
      </w:r>
      <w:r w:rsidR="003B134E" w:rsidRPr="00DC32F6">
        <w:rPr>
          <w:b/>
          <w:sz w:val="24"/>
          <w:szCs w:val="24"/>
        </w:rPr>
        <w:t>Anmälan avser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64"/>
        <w:gridCol w:w="2978"/>
        <w:gridCol w:w="3613"/>
      </w:tblGrid>
      <w:tr w:rsidR="00B17451" w14:paraId="2B197EB2" w14:textId="77777777" w:rsidTr="00F934EC">
        <w:trPr>
          <w:trHeight w:val="538"/>
          <w:jc w:val="center"/>
        </w:trPr>
        <w:tc>
          <w:tcPr>
            <w:tcW w:w="6442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1FD352" w14:textId="4A563DF5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Barnets/ungdomens namn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4"/>
          </w:p>
        </w:tc>
        <w:tc>
          <w:tcPr>
            <w:tcW w:w="361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AD711" w14:textId="5B554873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Personnummer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5"/>
          </w:p>
        </w:tc>
      </w:tr>
      <w:tr w:rsidR="00B17451" w14:paraId="3A862A65" w14:textId="77777777" w:rsidTr="00F934EC">
        <w:trPr>
          <w:trHeight w:val="538"/>
          <w:jc w:val="center"/>
        </w:trPr>
        <w:tc>
          <w:tcPr>
            <w:tcW w:w="6442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1E2C23" w14:textId="0C80D934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Utdelningsadress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6"/>
          </w:p>
        </w:tc>
        <w:tc>
          <w:tcPr>
            <w:tcW w:w="361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8FFA67" w14:textId="7AD4ADFD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Postnummer och ort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7"/>
          </w:p>
        </w:tc>
      </w:tr>
      <w:tr w:rsidR="00B17451" w14:paraId="6F101B7A" w14:textId="77777777" w:rsidTr="00F934EC">
        <w:trPr>
          <w:trHeight w:val="538"/>
          <w:jc w:val="center"/>
        </w:trPr>
        <w:tc>
          <w:tcPr>
            <w:tcW w:w="10055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152A99" w14:textId="200E175A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Telefonnummer</w:t>
            </w:r>
            <w:r w:rsidR="0085208D">
              <w:rPr>
                <w:sz w:val="18"/>
                <w:szCs w:val="18"/>
              </w:rPr>
              <w:t xml:space="preserve">: </w:t>
            </w:r>
            <w:r w:rsidR="0085208D" w:rsidRPr="0085208D"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8"/>
          </w:p>
        </w:tc>
      </w:tr>
      <w:tr w:rsidR="00B17451" w14:paraId="6F679DB0" w14:textId="77777777" w:rsidTr="00F934EC">
        <w:trPr>
          <w:trHeight w:val="568"/>
          <w:jc w:val="center"/>
        </w:trPr>
        <w:tc>
          <w:tcPr>
            <w:tcW w:w="34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FB06BD" w14:textId="14C6AFE3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Vårdnadshavare 1</w:t>
            </w:r>
            <w:r w:rsidR="0085208D">
              <w:rPr>
                <w:sz w:val="18"/>
                <w:szCs w:val="18"/>
              </w:rPr>
              <w:t xml:space="preserve">: </w:t>
            </w:r>
            <w:r w:rsidR="0085208D" w:rsidRPr="0085208D"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9"/>
          </w:p>
        </w:tc>
        <w:tc>
          <w:tcPr>
            <w:tcW w:w="29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3E5E65" w14:textId="63556BB0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Adress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10"/>
          </w:p>
        </w:tc>
        <w:tc>
          <w:tcPr>
            <w:tcW w:w="361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B82B72" w14:textId="5B3F612F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Telefonnummer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11"/>
          </w:p>
        </w:tc>
      </w:tr>
      <w:tr w:rsidR="00B17451" w14:paraId="05BE80BF" w14:textId="77777777" w:rsidTr="00F934EC">
        <w:trPr>
          <w:trHeight w:val="568"/>
          <w:jc w:val="center"/>
        </w:trPr>
        <w:tc>
          <w:tcPr>
            <w:tcW w:w="34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194AB7" w14:textId="7242D571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Vårdnadshavare 2</w:t>
            </w:r>
            <w:r w:rsidR="0085208D">
              <w:rPr>
                <w:sz w:val="18"/>
                <w:szCs w:val="18"/>
              </w:rPr>
              <w:t xml:space="preserve">: </w:t>
            </w:r>
            <w:r w:rsidR="0085208D" w:rsidRPr="0085208D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12"/>
          </w:p>
        </w:tc>
        <w:tc>
          <w:tcPr>
            <w:tcW w:w="297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545054" w14:textId="1832F0F6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Adress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13"/>
          </w:p>
        </w:tc>
        <w:tc>
          <w:tcPr>
            <w:tcW w:w="361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9A9E7A" w14:textId="28E16B81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Telefonnummer</w:t>
            </w:r>
            <w:r w:rsidR="00614FB1">
              <w:rPr>
                <w:sz w:val="18"/>
                <w:szCs w:val="18"/>
              </w:rPr>
              <w:t>:</w:t>
            </w:r>
            <w:r w:rsidR="0085208D">
              <w:rPr>
                <w:sz w:val="18"/>
                <w:szCs w:val="18"/>
              </w:rPr>
              <w:t xml:space="preserve"> </w:t>
            </w:r>
            <w:r w:rsidR="0085208D" w:rsidRPr="0085208D"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85208D" w:rsidRPr="0085208D">
              <w:rPr>
                <w:sz w:val="22"/>
              </w:rPr>
              <w:instrText xml:space="preserve"> FORMTEXT </w:instrText>
            </w:r>
            <w:r w:rsidR="0085208D" w:rsidRPr="0085208D">
              <w:rPr>
                <w:sz w:val="22"/>
              </w:rPr>
            </w:r>
            <w:r w:rsidR="0085208D" w:rsidRPr="0085208D">
              <w:rPr>
                <w:sz w:val="22"/>
              </w:rPr>
              <w:fldChar w:fldCharType="separate"/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noProof/>
                <w:sz w:val="22"/>
              </w:rPr>
              <w:t> </w:t>
            </w:r>
            <w:r w:rsidR="0085208D" w:rsidRPr="0085208D">
              <w:rPr>
                <w:sz w:val="22"/>
              </w:rPr>
              <w:fldChar w:fldCharType="end"/>
            </w:r>
            <w:bookmarkEnd w:id="14"/>
          </w:p>
        </w:tc>
      </w:tr>
    </w:tbl>
    <w:p w14:paraId="785DCB5E" w14:textId="77777777" w:rsidR="00B17451" w:rsidRPr="00DC32F6" w:rsidRDefault="00DC32F6">
      <w:pPr>
        <w:spacing w:before="120" w:after="60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3B134E" w:rsidRPr="00DC32F6">
        <w:rPr>
          <w:b/>
          <w:sz w:val="24"/>
          <w:szCs w:val="24"/>
        </w:rPr>
        <w:t>Aktuell situation/händelse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684"/>
        <w:gridCol w:w="2418"/>
        <w:gridCol w:w="5104"/>
      </w:tblGrid>
      <w:tr w:rsidR="00B17451" w14:paraId="6C9D1301" w14:textId="77777777" w:rsidTr="006E6802">
        <w:trPr>
          <w:trHeight w:val="510"/>
          <w:jc w:val="center"/>
        </w:trPr>
        <w:tc>
          <w:tcPr>
            <w:tcW w:w="268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4FC6E4" w14:textId="6B270AEB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Datum</w:t>
            </w:r>
            <w:r w:rsidR="00614FB1">
              <w:rPr>
                <w:sz w:val="18"/>
                <w:szCs w:val="18"/>
              </w:rPr>
              <w:t>:</w:t>
            </w:r>
            <w:r w:rsidR="00DB43A8">
              <w:rPr>
                <w:sz w:val="18"/>
                <w:szCs w:val="18"/>
              </w:rPr>
              <w:t xml:space="preserve"> </w:t>
            </w:r>
            <w:r w:rsidR="00DB43A8" w:rsidRPr="00DB43A8"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DB43A8" w:rsidRPr="00DB43A8">
              <w:rPr>
                <w:sz w:val="22"/>
              </w:rPr>
              <w:instrText xml:space="preserve"> FORMTEXT </w:instrText>
            </w:r>
            <w:r w:rsidR="00DB43A8" w:rsidRPr="00DB43A8">
              <w:rPr>
                <w:sz w:val="22"/>
              </w:rPr>
            </w:r>
            <w:r w:rsidR="00DB43A8" w:rsidRPr="00DB43A8">
              <w:rPr>
                <w:sz w:val="22"/>
              </w:rPr>
              <w:fldChar w:fldCharType="separate"/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sz w:val="22"/>
              </w:rPr>
              <w:fldChar w:fldCharType="end"/>
            </w:r>
            <w:bookmarkEnd w:id="15"/>
          </w:p>
        </w:tc>
        <w:tc>
          <w:tcPr>
            <w:tcW w:w="241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8DE87A" w14:textId="5CB2D07E" w:rsidR="00BD0FE4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Tidpunkt</w:t>
            </w:r>
            <w:r w:rsidR="00614FB1">
              <w:rPr>
                <w:sz w:val="18"/>
                <w:szCs w:val="18"/>
              </w:rPr>
              <w:t>:</w:t>
            </w:r>
            <w:r w:rsidR="00DB43A8">
              <w:rPr>
                <w:sz w:val="18"/>
                <w:szCs w:val="18"/>
              </w:rPr>
              <w:t xml:space="preserve"> </w:t>
            </w:r>
            <w:r w:rsidR="00DB43A8" w:rsidRPr="00DB43A8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DB43A8" w:rsidRPr="00DB43A8">
              <w:rPr>
                <w:sz w:val="22"/>
              </w:rPr>
              <w:instrText xml:space="preserve"> FORMTEXT </w:instrText>
            </w:r>
            <w:r w:rsidR="00DB43A8" w:rsidRPr="00DB43A8">
              <w:rPr>
                <w:sz w:val="22"/>
              </w:rPr>
            </w:r>
            <w:r w:rsidR="00DB43A8" w:rsidRPr="00DB43A8">
              <w:rPr>
                <w:sz w:val="22"/>
              </w:rPr>
              <w:fldChar w:fldCharType="separate"/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sz w:val="22"/>
              </w:rPr>
              <w:fldChar w:fldCharType="end"/>
            </w:r>
            <w:bookmarkEnd w:id="16"/>
          </w:p>
        </w:tc>
        <w:tc>
          <w:tcPr>
            <w:tcW w:w="510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1C6D61" w14:textId="11BA37AA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Plats</w:t>
            </w:r>
            <w:r w:rsidR="00614FB1">
              <w:rPr>
                <w:sz w:val="18"/>
                <w:szCs w:val="18"/>
              </w:rPr>
              <w:t>:</w:t>
            </w:r>
            <w:r w:rsidR="00DB43A8">
              <w:rPr>
                <w:sz w:val="18"/>
                <w:szCs w:val="18"/>
              </w:rPr>
              <w:t xml:space="preserve"> </w:t>
            </w:r>
            <w:r w:rsidR="00DB43A8" w:rsidRPr="00DB43A8"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DB43A8" w:rsidRPr="00DB43A8">
              <w:rPr>
                <w:sz w:val="22"/>
              </w:rPr>
              <w:instrText xml:space="preserve"> FORMTEXT </w:instrText>
            </w:r>
            <w:r w:rsidR="00DB43A8" w:rsidRPr="00DB43A8">
              <w:rPr>
                <w:sz w:val="22"/>
              </w:rPr>
            </w:r>
            <w:r w:rsidR="00DB43A8" w:rsidRPr="00DB43A8">
              <w:rPr>
                <w:sz w:val="22"/>
              </w:rPr>
              <w:fldChar w:fldCharType="separate"/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sz w:val="22"/>
              </w:rPr>
              <w:fldChar w:fldCharType="end"/>
            </w:r>
            <w:bookmarkEnd w:id="17"/>
          </w:p>
        </w:tc>
      </w:tr>
      <w:tr w:rsidR="00B17451" w14:paraId="4A47CF1F" w14:textId="77777777" w:rsidTr="00DB43A8">
        <w:trPr>
          <w:trHeight w:val="623"/>
          <w:jc w:val="center"/>
        </w:trPr>
        <w:tc>
          <w:tcPr>
            <w:tcW w:w="10206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EEF55D" w14:textId="53E7ADB5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>Beskrivning av situation/händelse</w:t>
            </w:r>
            <w:r w:rsidR="00614FB1">
              <w:rPr>
                <w:sz w:val="18"/>
                <w:szCs w:val="18"/>
              </w:rPr>
              <w:t>:</w:t>
            </w:r>
            <w:r w:rsidR="00DB43A8">
              <w:rPr>
                <w:sz w:val="18"/>
                <w:szCs w:val="18"/>
              </w:rPr>
              <w:t xml:space="preserve"> </w:t>
            </w:r>
            <w:r w:rsidR="00DB43A8" w:rsidRPr="00DB43A8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DB43A8" w:rsidRPr="00DB43A8">
              <w:rPr>
                <w:sz w:val="22"/>
              </w:rPr>
              <w:instrText xml:space="preserve"> FORMTEXT </w:instrText>
            </w:r>
            <w:r w:rsidR="00DB43A8" w:rsidRPr="00DB43A8">
              <w:rPr>
                <w:sz w:val="22"/>
              </w:rPr>
            </w:r>
            <w:r w:rsidR="00DB43A8" w:rsidRPr="00DB43A8">
              <w:rPr>
                <w:sz w:val="22"/>
              </w:rPr>
              <w:fldChar w:fldCharType="separate"/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noProof/>
                <w:sz w:val="22"/>
              </w:rPr>
              <w:t> </w:t>
            </w:r>
            <w:r w:rsidR="00DB43A8" w:rsidRPr="00DB43A8">
              <w:rPr>
                <w:sz w:val="22"/>
              </w:rPr>
              <w:fldChar w:fldCharType="end"/>
            </w:r>
            <w:bookmarkEnd w:id="18"/>
          </w:p>
        </w:tc>
      </w:tr>
      <w:tr w:rsidR="00B17451" w14:paraId="4EAB95F0" w14:textId="77777777" w:rsidTr="00DB43A8">
        <w:trPr>
          <w:trHeight w:val="396"/>
          <w:jc w:val="center"/>
        </w:trPr>
        <w:tc>
          <w:tcPr>
            <w:tcW w:w="10206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E1A60A" w14:textId="31E762E6" w:rsidR="00B17451" w:rsidRPr="00DC32F6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 xml:space="preserve">Har något liknande inträffat tidigare?  </w:t>
            </w:r>
            <w:r w:rsidR="00614FB1" w:rsidRPr="007251F0">
              <w:rPr>
                <w:sz w:val="18"/>
                <w:szCs w:val="18"/>
              </w:rPr>
              <w:br/>
            </w:r>
            <w:r w:rsidR="00614FB1" w:rsidRPr="007251F0">
              <w:rPr>
                <w:sz w:val="18"/>
                <w:szCs w:val="18"/>
              </w:rPr>
              <w:br/>
            </w:r>
            <w:r w:rsidR="00DB43A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ryss1"/>
            <w:r w:rsidR="00DB43A8" w:rsidRPr="00DB43A8">
              <w:rPr>
                <w:sz w:val="28"/>
                <w:szCs w:val="28"/>
              </w:rPr>
              <w:instrText xml:space="preserve"> FORMCHECKBOX </w:instrText>
            </w:r>
            <w:r w:rsidR="00DB43A8">
              <w:rPr>
                <w:sz w:val="28"/>
                <w:szCs w:val="28"/>
              </w:rPr>
            </w:r>
            <w:r w:rsidR="00DB43A8">
              <w:rPr>
                <w:sz w:val="28"/>
                <w:szCs w:val="28"/>
              </w:rPr>
              <w:fldChar w:fldCharType="separate"/>
            </w:r>
            <w:r w:rsidR="00DB43A8">
              <w:rPr>
                <w:sz w:val="28"/>
                <w:szCs w:val="28"/>
              </w:rPr>
              <w:fldChar w:fldCharType="end"/>
            </w:r>
            <w:bookmarkEnd w:id="19"/>
            <w:r w:rsidR="00DB43A8" w:rsidRPr="00DB43A8">
              <w:rPr>
                <w:sz w:val="28"/>
                <w:szCs w:val="28"/>
              </w:rPr>
              <w:t xml:space="preserve"> </w:t>
            </w:r>
            <w:r w:rsidRPr="00DC32F6">
              <w:rPr>
                <w:sz w:val="18"/>
                <w:szCs w:val="18"/>
              </w:rPr>
              <w:t xml:space="preserve">Nej   </w:t>
            </w:r>
            <w:r w:rsidR="00DB43A8" w:rsidRPr="00DB43A8">
              <w:rPr>
                <w:sz w:val="28"/>
                <w:szCs w:val="2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ryss2"/>
            <w:r w:rsidR="00DB43A8" w:rsidRPr="00DB43A8">
              <w:rPr>
                <w:sz w:val="28"/>
                <w:szCs w:val="28"/>
              </w:rPr>
              <w:instrText xml:space="preserve"> FORMCHECKBOX </w:instrText>
            </w:r>
            <w:r w:rsidR="00DB43A8" w:rsidRPr="00DB43A8">
              <w:rPr>
                <w:sz w:val="28"/>
                <w:szCs w:val="28"/>
              </w:rPr>
            </w:r>
            <w:r w:rsidR="00DB43A8" w:rsidRPr="00DB43A8">
              <w:rPr>
                <w:sz w:val="28"/>
                <w:szCs w:val="28"/>
              </w:rPr>
              <w:fldChar w:fldCharType="separate"/>
            </w:r>
            <w:r w:rsidR="00DB43A8" w:rsidRPr="00DB43A8">
              <w:rPr>
                <w:sz w:val="28"/>
                <w:szCs w:val="28"/>
              </w:rPr>
              <w:fldChar w:fldCharType="end"/>
            </w:r>
            <w:bookmarkEnd w:id="20"/>
            <w:r w:rsidRPr="00DB43A8">
              <w:rPr>
                <w:sz w:val="28"/>
                <w:szCs w:val="28"/>
              </w:rPr>
              <w:t xml:space="preserve"> </w:t>
            </w:r>
            <w:r w:rsidRPr="00DC32F6">
              <w:rPr>
                <w:sz w:val="18"/>
                <w:szCs w:val="18"/>
              </w:rPr>
              <w:t xml:space="preserve">Ja  </w:t>
            </w:r>
            <w:r w:rsidRPr="00614FB1">
              <w:rPr>
                <w:sz w:val="28"/>
                <w:szCs w:val="28"/>
              </w:rPr>
              <w:t xml:space="preserve"> </w:t>
            </w:r>
            <w:r w:rsidR="00DB43A8">
              <w:rPr>
                <w:sz w:val="28"/>
                <w:szCs w:val="2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ryss3"/>
            <w:r w:rsidR="00DB43A8">
              <w:rPr>
                <w:sz w:val="28"/>
                <w:szCs w:val="28"/>
              </w:rPr>
              <w:instrText xml:space="preserve"> FORMCHECKBOX </w:instrText>
            </w:r>
            <w:r w:rsidR="00DB43A8">
              <w:rPr>
                <w:sz w:val="28"/>
                <w:szCs w:val="28"/>
              </w:rPr>
            </w:r>
            <w:r w:rsidR="00DB43A8">
              <w:rPr>
                <w:sz w:val="28"/>
                <w:szCs w:val="28"/>
              </w:rPr>
              <w:fldChar w:fldCharType="separate"/>
            </w:r>
            <w:r w:rsidR="00DB43A8">
              <w:rPr>
                <w:sz w:val="28"/>
                <w:szCs w:val="28"/>
              </w:rPr>
              <w:fldChar w:fldCharType="end"/>
            </w:r>
            <w:bookmarkEnd w:id="21"/>
            <w:r w:rsidRPr="00DC32F6">
              <w:rPr>
                <w:sz w:val="18"/>
                <w:szCs w:val="18"/>
              </w:rPr>
              <w:t xml:space="preserve"> Vet ej</w:t>
            </w:r>
          </w:p>
        </w:tc>
      </w:tr>
      <w:tr w:rsidR="00B17451" w:rsidRPr="007251F0" w14:paraId="59299576" w14:textId="77777777" w:rsidTr="00DB43A8">
        <w:trPr>
          <w:trHeight w:val="481"/>
          <w:jc w:val="center"/>
        </w:trPr>
        <w:tc>
          <w:tcPr>
            <w:tcW w:w="10206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A3FCE5" w14:textId="0ABB4509" w:rsidR="00B17451" w:rsidRPr="007251F0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Hur och när har du/ni fått kännedom om händelsen?</w:t>
            </w:r>
            <w:r w:rsidR="001C6804">
              <w:rPr>
                <w:sz w:val="18"/>
                <w:szCs w:val="18"/>
              </w:rPr>
              <w:t xml:space="preserve"> </w:t>
            </w:r>
            <w:r w:rsidR="001C6804" w:rsidRPr="001C6804"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="001C6804" w:rsidRPr="001C6804">
              <w:rPr>
                <w:sz w:val="22"/>
              </w:rPr>
              <w:instrText xml:space="preserve"> FORMTEXT </w:instrText>
            </w:r>
            <w:r w:rsidR="001C6804" w:rsidRPr="001C6804">
              <w:rPr>
                <w:sz w:val="22"/>
              </w:rPr>
            </w:r>
            <w:r w:rsidR="001C6804" w:rsidRPr="001C6804">
              <w:rPr>
                <w:sz w:val="22"/>
              </w:rPr>
              <w:fldChar w:fldCharType="separate"/>
            </w:r>
            <w:r w:rsidR="001C6804" w:rsidRPr="001C6804">
              <w:rPr>
                <w:noProof/>
                <w:sz w:val="22"/>
              </w:rPr>
              <w:t> </w:t>
            </w:r>
            <w:r w:rsidR="001C6804" w:rsidRPr="001C6804">
              <w:rPr>
                <w:noProof/>
                <w:sz w:val="22"/>
              </w:rPr>
              <w:t> </w:t>
            </w:r>
            <w:r w:rsidR="001C6804" w:rsidRPr="001C6804">
              <w:rPr>
                <w:noProof/>
                <w:sz w:val="22"/>
              </w:rPr>
              <w:t> </w:t>
            </w:r>
            <w:r w:rsidR="001C6804" w:rsidRPr="001C6804">
              <w:rPr>
                <w:noProof/>
                <w:sz w:val="22"/>
              </w:rPr>
              <w:t> </w:t>
            </w:r>
            <w:r w:rsidR="001C6804" w:rsidRPr="001C6804">
              <w:rPr>
                <w:noProof/>
                <w:sz w:val="22"/>
              </w:rPr>
              <w:t> </w:t>
            </w:r>
            <w:r w:rsidR="001C6804" w:rsidRPr="001C6804">
              <w:rPr>
                <w:sz w:val="22"/>
              </w:rPr>
              <w:fldChar w:fldCharType="end"/>
            </w:r>
            <w:bookmarkEnd w:id="22"/>
          </w:p>
        </w:tc>
      </w:tr>
      <w:tr w:rsidR="00B17451" w14:paraId="2107B3EB" w14:textId="77777777" w:rsidTr="00DB43A8">
        <w:trPr>
          <w:trHeight w:val="567"/>
          <w:jc w:val="center"/>
        </w:trPr>
        <w:tc>
          <w:tcPr>
            <w:tcW w:w="10206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7B985" w14:textId="77777777" w:rsidR="00B17451" w:rsidRPr="007251F0" w:rsidRDefault="003B134E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Behövs tolk i mötet med barnet/ungdomen/vårdnadshavaren/vårdnadshavarna?</w:t>
            </w:r>
          </w:p>
          <w:p w14:paraId="5F74DB23" w14:textId="590C4037" w:rsidR="00B17451" w:rsidRPr="00DC32F6" w:rsidRDefault="00614FB1">
            <w:pPr>
              <w:spacing w:before="40" w:after="0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br/>
            </w:r>
            <w:r w:rsidR="0037035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358" w:rsidRPr="00DB43A8">
              <w:rPr>
                <w:sz w:val="28"/>
                <w:szCs w:val="28"/>
              </w:rPr>
              <w:instrText xml:space="preserve"> FORMCHECKBOX </w:instrText>
            </w:r>
            <w:r w:rsidR="00370358">
              <w:rPr>
                <w:sz w:val="28"/>
                <w:szCs w:val="28"/>
              </w:rPr>
            </w:r>
            <w:r w:rsidR="00370358">
              <w:rPr>
                <w:sz w:val="28"/>
                <w:szCs w:val="28"/>
              </w:rPr>
              <w:fldChar w:fldCharType="separate"/>
            </w:r>
            <w:r w:rsidR="00370358">
              <w:rPr>
                <w:sz w:val="28"/>
                <w:szCs w:val="28"/>
              </w:rPr>
              <w:fldChar w:fldCharType="end"/>
            </w:r>
            <w:r w:rsidR="003B134E" w:rsidRPr="00614FB1">
              <w:rPr>
                <w:sz w:val="28"/>
                <w:szCs w:val="28"/>
              </w:rPr>
              <w:t xml:space="preserve"> </w:t>
            </w:r>
            <w:r w:rsidR="003B134E" w:rsidRPr="00DC32F6">
              <w:rPr>
                <w:sz w:val="18"/>
                <w:szCs w:val="18"/>
              </w:rPr>
              <w:t xml:space="preserve">Nej      </w:t>
            </w:r>
            <w:r w:rsidR="0037035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358" w:rsidRPr="00DB43A8">
              <w:rPr>
                <w:sz w:val="28"/>
                <w:szCs w:val="28"/>
              </w:rPr>
              <w:instrText xml:space="preserve"> FORMCHECKBOX </w:instrText>
            </w:r>
            <w:r w:rsidR="00370358">
              <w:rPr>
                <w:sz w:val="28"/>
                <w:szCs w:val="28"/>
              </w:rPr>
            </w:r>
            <w:r w:rsidR="00370358">
              <w:rPr>
                <w:sz w:val="28"/>
                <w:szCs w:val="28"/>
              </w:rPr>
              <w:fldChar w:fldCharType="separate"/>
            </w:r>
            <w:r w:rsidR="00370358">
              <w:rPr>
                <w:sz w:val="28"/>
                <w:szCs w:val="28"/>
              </w:rPr>
              <w:fldChar w:fldCharType="end"/>
            </w:r>
            <w:r w:rsidR="003B134E" w:rsidRPr="00614FB1">
              <w:rPr>
                <w:sz w:val="28"/>
                <w:szCs w:val="28"/>
              </w:rPr>
              <w:t xml:space="preserve"> </w:t>
            </w:r>
            <w:r w:rsidR="003B134E" w:rsidRPr="00DC32F6">
              <w:rPr>
                <w:sz w:val="18"/>
                <w:szCs w:val="18"/>
              </w:rPr>
              <w:t>Ja, språk:</w:t>
            </w:r>
            <w:r w:rsidR="00370358">
              <w:rPr>
                <w:sz w:val="18"/>
                <w:szCs w:val="18"/>
              </w:rPr>
              <w:t xml:space="preserve"> </w:t>
            </w:r>
            <w:r w:rsidR="00823F05" w:rsidRPr="002F3AA4"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823F05" w:rsidRPr="002F3AA4">
              <w:rPr>
                <w:sz w:val="22"/>
              </w:rPr>
              <w:instrText xml:space="preserve"> FORMTEXT </w:instrText>
            </w:r>
            <w:r w:rsidR="00823F05" w:rsidRPr="002F3AA4">
              <w:rPr>
                <w:sz w:val="22"/>
              </w:rPr>
            </w:r>
            <w:r w:rsidR="00823F05" w:rsidRPr="002F3AA4">
              <w:rPr>
                <w:sz w:val="22"/>
              </w:rPr>
              <w:fldChar w:fldCharType="separate"/>
            </w:r>
            <w:r w:rsidR="00823F05" w:rsidRPr="002F3AA4">
              <w:rPr>
                <w:noProof/>
                <w:sz w:val="22"/>
              </w:rPr>
              <w:t> </w:t>
            </w:r>
            <w:r w:rsidR="00823F05" w:rsidRPr="002F3AA4">
              <w:rPr>
                <w:noProof/>
                <w:sz w:val="22"/>
              </w:rPr>
              <w:t> </w:t>
            </w:r>
            <w:r w:rsidR="00823F05" w:rsidRPr="002F3AA4">
              <w:rPr>
                <w:noProof/>
                <w:sz w:val="22"/>
              </w:rPr>
              <w:t> </w:t>
            </w:r>
            <w:r w:rsidR="00823F05" w:rsidRPr="002F3AA4">
              <w:rPr>
                <w:noProof/>
                <w:sz w:val="22"/>
              </w:rPr>
              <w:t> </w:t>
            </w:r>
            <w:r w:rsidR="00823F05" w:rsidRPr="002F3AA4">
              <w:rPr>
                <w:noProof/>
                <w:sz w:val="22"/>
              </w:rPr>
              <w:t> </w:t>
            </w:r>
            <w:r w:rsidR="00823F05" w:rsidRPr="002F3AA4">
              <w:rPr>
                <w:sz w:val="22"/>
              </w:rPr>
              <w:fldChar w:fldCharType="end"/>
            </w:r>
          </w:p>
        </w:tc>
      </w:tr>
      <w:tr w:rsidR="001F679B" w:rsidRPr="007251F0" w14:paraId="75CC5B42" w14:textId="77777777" w:rsidTr="00DB43A8">
        <w:trPr>
          <w:trHeight w:val="708"/>
          <w:jc w:val="center"/>
        </w:trPr>
        <w:tc>
          <w:tcPr>
            <w:tcW w:w="10206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004DE0" w14:textId="16B40478" w:rsidR="001F679B" w:rsidRPr="002F3AA4" w:rsidRDefault="001F679B" w:rsidP="001F679B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lastRenderedPageBreak/>
              <w:t>Finns det fler barn/ungdomar i familjen som kan fara illa?</w:t>
            </w:r>
            <w:r w:rsidRPr="007251F0">
              <w:rPr>
                <w:i/>
                <w:iCs/>
                <w:sz w:val="18"/>
                <w:szCs w:val="18"/>
              </w:rPr>
              <w:t xml:space="preserve"> </w:t>
            </w:r>
          </w:p>
          <w:p w14:paraId="258837AB" w14:textId="74B84DE2" w:rsidR="001F679B" w:rsidRPr="007251F0" w:rsidRDefault="001F679B" w:rsidP="001F679B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br/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CB17CD">
              <w:rPr>
                <w:sz w:val="18"/>
                <w:szCs w:val="18"/>
              </w:rPr>
              <w:t xml:space="preserve">Nej   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CB17CD">
              <w:rPr>
                <w:sz w:val="18"/>
                <w:szCs w:val="18"/>
              </w:rPr>
              <w:t xml:space="preserve">Ja, </w:t>
            </w:r>
            <w:r>
              <w:rPr>
                <w:sz w:val="18"/>
                <w:szCs w:val="18"/>
              </w:rPr>
              <w:t xml:space="preserve">ange namn och ålder: </w:t>
            </w:r>
            <w:r w:rsidRPr="00CB17CD"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CB17CD">
              <w:rPr>
                <w:sz w:val="22"/>
              </w:rPr>
              <w:instrText xml:space="preserve"> FORMTEXT </w:instrText>
            </w:r>
            <w:r w:rsidRPr="00CB17CD">
              <w:rPr>
                <w:sz w:val="22"/>
              </w:rPr>
            </w:r>
            <w:r w:rsidRPr="00CB17CD">
              <w:rPr>
                <w:sz w:val="22"/>
              </w:rPr>
              <w:fldChar w:fldCharType="separate"/>
            </w:r>
            <w:r w:rsidRPr="00CB17CD">
              <w:rPr>
                <w:noProof/>
                <w:sz w:val="22"/>
              </w:rPr>
              <w:t> </w:t>
            </w:r>
            <w:r w:rsidRPr="00CB17CD">
              <w:rPr>
                <w:noProof/>
                <w:sz w:val="22"/>
              </w:rPr>
              <w:t> </w:t>
            </w:r>
            <w:r w:rsidRPr="00CB17CD">
              <w:rPr>
                <w:noProof/>
                <w:sz w:val="22"/>
              </w:rPr>
              <w:t> </w:t>
            </w:r>
            <w:r w:rsidRPr="00CB17CD">
              <w:rPr>
                <w:noProof/>
                <w:sz w:val="22"/>
              </w:rPr>
              <w:t> </w:t>
            </w:r>
            <w:r w:rsidRPr="00CB17CD">
              <w:rPr>
                <w:noProof/>
                <w:sz w:val="22"/>
              </w:rPr>
              <w:t> </w:t>
            </w:r>
            <w:r w:rsidRPr="00CB17CD">
              <w:rPr>
                <w:sz w:val="22"/>
              </w:rPr>
              <w:fldChar w:fldCharType="end"/>
            </w:r>
            <w:bookmarkEnd w:id="23"/>
          </w:p>
        </w:tc>
      </w:tr>
      <w:tr w:rsidR="001F679B" w:rsidRPr="007251F0" w14:paraId="5263123C" w14:textId="77777777" w:rsidTr="00DB43A8">
        <w:trPr>
          <w:trHeight w:val="708"/>
          <w:jc w:val="center"/>
        </w:trPr>
        <w:tc>
          <w:tcPr>
            <w:tcW w:w="10206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690B82" w14:textId="77777777" w:rsidR="001F679B" w:rsidRPr="007251F0" w:rsidRDefault="001F679B" w:rsidP="001F679B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Vilka har underrättats om att anmälan görs/ska göras?</w:t>
            </w:r>
            <w:r w:rsidRPr="007251F0">
              <w:rPr>
                <w:sz w:val="18"/>
                <w:szCs w:val="18"/>
              </w:rPr>
              <w:br/>
            </w:r>
          </w:p>
          <w:p w14:paraId="2AEB7B08" w14:textId="577E9055" w:rsidR="001F679B" w:rsidRPr="007251F0" w:rsidRDefault="001F679B" w:rsidP="001F679B">
            <w:pPr>
              <w:spacing w:before="40" w:after="0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 xml:space="preserve">Barnet/ungdomen   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 xml:space="preserve">Vårdnadshavare 1   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 xml:space="preserve">Vårdnadshavare 2   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7251F0">
              <w:rPr>
                <w:sz w:val="18"/>
                <w:szCs w:val="18"/>
              </w:rPr>
              <w:t xml:space="preserve"> Ingen</w:t>
            </w:r>
          </w:p>
          <w:p w14:paraId="26DB9EAD" w14:textId="03843F60" w:rsidR="001F679B" w:rsidRPr="007251F0" w:rsidRDefault="001F679B" w:rsidP="001F679B">
            <w:pPr>
              <w:spacing w:before="40" w:after="0"/>
            </w:pPr>
            <w:r w:rsidRPr="007251F0">
              <w:rPr>
                <w:sz w:val="18"/>
                <w:szCs w:val="18"/>
              </w:rPr>
              <w:br/>
              <w:t>Kommentar:</w:t>
            </w:r>
            <w:r>
              <w:rPr>
                <w:sz w:val="18"/>
                <w:szCs w:val="18"/>
              </w:rPr>
              <w:t xml:space="preserve"> </w:t>
            </w:r>
            <w:r w:rsidRPr="00105559"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105559">
              <w:rPr>
                <w:sz w:val="22"/>
              </w:rPr>
              <w:instrText xml:space="preserve"> FORMTEXT </w:instrText>
            </w:r>
            <w:r w:rsidRPr="00105559">
              <w:rPr>
                <w:sz w:val="22"/>
              </w:rPr>
            </w:r>
            <w:r w:rsidRPr="00105559">
              <w:rPr>
                <w:sz w:val="22"/>
              </w:rPr>
              <w:fldChar w:fldCharType="separate"/>
            </w:r>
            <w:r w:rsidRPr="00105559">
              <w:rPr>
                <w:noProof/>
                <w:sz w:val="22"/>
              </w:rPr>
              <w:t> </w:t>
            </w:r>
            <w:r w:rsidRPr="00105559">
              <w:rPr>
                <w:noProof/>
                <w:sz w:val="22"/>
              </w:rPr>
              <w:t> </w:t>
            </w:r>
            <w:r w:rsidRPr="00105559">
              <w:rPr>
                <w:noProof/>
                <w:sz w:val="22"/>
              </w:rPr>
              <w:t> </w:t>
            </w:r>
            <w:r w:rsidRPr="00105559">
              <w:rPr>
                <w:noProof/>
                <w:sz w:val="22"/>
              </w:rPr>
              <w:t> </w:t>
            </w:r>
            <w:r w:rsidRPr="00105559">
              <w:rPr>
                <w:noProof/>
                <w:sz w:val="22"/>
              </w:rPr>
              <w:t> </w:t>
            </w:r>
            <w:r w:rsidRPr="00105559">
              <w:rPr>
                <w:sz w:val="22"/>
              </w:rPr>
              <w:fldChar w:fldCharType="end"/>
            </w:r>
            <w:bookmarkEnd w:id="24"/>
          </w:p>
        </w:tc>
      </w:tr>
      <w:tr w:rsidR="001F679B" w:rsidRPr="007251F0" w14:paraId="75E88FA7" w14:textId="77777777" w:rsidTr="00DB43A8">
        <w:trPr>
          <w:trHeight w:val="453"/>
          <w:jc w:val="center"/>
        </w:trPr>
        <w:tc>
          <w:tcPr>
            <w:tcW w:w="10206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BF7B43" w14:textId="35A3B90D" w:rsidR="001F679B" w:rsidRPr="007251F0" w:rsidRDefault="001F679B" w:rsidP="001F679B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Hur akut anser du/ni att situationen är?</w:t>
            </w:r>
            <w:r w:rsidRPr="007251F0">
              <w:rPr>
                <w:sz w:val="18"/>
                <w:szCs w:val="18"/>
              </w:rPr>
              <w:br/>
              <w:t xml:space="preserve">  </w:t>
            </w:r>
            <w:r w:rsidRPr="007251F0">
              <w:rPr>
                <w:sz w:val="18"/>
                <w:szCs w:val="18"/>
              </w:rPr>
              <w:br/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 xml:space="preserve">Inte akut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 xml:space="preserve">Ganska akut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>Mycket akut</w:t>
            </w:r>
          </w:p>
        </w:tc>
      </w:tr>
    </w:tbl>
    <w:p w14:paraId="75DC0375" w14:textId="77777777" w:rsidR="00DC32F6" w:rsidRPr="007251F0" w:rsidRDefault="00DC32F6">
      <w:pPr>
        <w:rPr>
          <w:sz w:val="18"/>
          <w:szCs w:val="18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DC32F6" w:rsidRPr="007251F0" w14:paraId="329E31EA" w14:textId="77777777" w:rsidTr="00DC32F6">
        <w:trPr>
          <w:trHeight w:val="538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7DA135" w14:textId="02B95E2E" w:rsidR="00DC32F6" w:rsidRPr="007251F0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Hur orolig är du/ni att barnet/ungdomen far illa?</w:t>
            </w:r>
            <w:r w:rsidRPr="007251F0">
              <w:rPr>
                <w:sz w:val="18"/>
                <w:szCs w:val="18"/>
              </w:rPr>
              <w:br/>
            </w:r>
            <w:r w:rsidRPr="007251F0">
              <w:rPr>
                <w:sz w:val="18"/>
                <w:szCs w:val="18"/>
              </w:rPr>
              <w:br/>
            </w:r>
            <w:r w:rsidR="004726F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6F8" w:rsidRPr="00DB43A8">
              <w:rPr>
                <w:sz w:val="28"/>
                <w:szCs w:val="28"/>
              </w:rPr>
              <w:instrText xml:space="preserve"> FORMCHECKBOX </w:instrText>
            </w:r>
            <w:r w:rsidR="004726F8">
              <w:rPr>
                <w:sz w:val="28"/>
                <w:szCs w:val="28"/>
              </w:rPr>
            </w:r>
            <w:r w:rsidR="004726F8">
              <w:rPr>
                <w:sz w:val="28"/>
                <w:szCs w:val="28"/>
              </w:rPr>
              <w:fldChar w:fldCharType="separate"/>
            </w:r>
            <w:r w:rsidR="004726F8">
              <w:rPr>
                <w:sz w:val="28"/>
                <w:szCs w:val="28"/>
              </w:rPr>
              <w:fldChar w:fldCharType="end"/>
            </w:r>
            <w:r w:rsidR="004726F8"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 xml:space="preserve">Inte orolig   </w:t>
            </w:r>
            <w:r w:rsidR="004726F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6F8" w:rsidRPr="00DB43A8">
              <w:rPr>
                <w:sz w:val="28"/>
                <w:szCs w:val="28"/>
              </w:rPr>
              <w:instrText xml:space="preserve"> FORMCHECKBOX </w:instrText>
            </w:r>
            <w:r w:rsidR="004726F8">
              <w:rPr>
                <w:sz w:val="28"/>
                <w:szCs w:val="28"/>
              </w:rPr>
            </w:r>
            <w:r w:rsidR="004726F8">
              <w:rPr>
                <w:sz w:val="28"/>
                <w:szCs w:val="28"/>
              </w:rPr>
              <w:fldChar w:fldCharType="separate"/>
            </w:r>
            <w:r w:rsidR="004726F8">
              <w:rPr>
                <w:sz w:val="28"/>
                <w:szCs w:val="28"/>
              </w:rPr>
              <w:fldChar w:fldCharType="end"/>
            </w:r>
            <w:r w:rsidR="004726F8"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 xml:space="preserve">Ganska orolig   </w:t>
            </w:r>
            <w:r w:rsidR="004726F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6F8" w:rsidRPr="00DB43A8">
              <w:rPr>
                <w:sz w:val="28"/>
                <w:szCs w:val="28"/>
              </w:rPr>
              <w:instrText xml:space="preserve"> FORMCHECKBOX </w:instrText>
            </w:r>
            <w:r w:rsidR="004726F8">
              <w:rPr>
                <w:sz w:val="28"/>
                <w:szCs w:val="28"/>
              </w:rPr>
            </w:r>
            <w:r w:rsidR="004726F8">
              <w:rPr>
                <w:sz w:val="28"/>
                <w:szCs w:val="28"/>
              </w:rPr>
              <w:fldChar w:fldCharType="separate"/>
            </w:r>
            <w:r w:rsidR="004726F8">
              <w:rPr>
                <w:sz w:val="28"/>
                <w:szCs w:val="28"/>
              </w:rPr>
              <w:fldChar w:fldCharType="end"/>
            </w:r>
            <w:r w:rsidR="004726F8" w:rsidRPr="00CB17CD">
              <w:rPr>
                <w:sz w:val="28"/>
                <w:szCs w:val="28"/>
              </w:rPr>
              <w:t xml:space="preserve"> </w:t>
            </w:r>
            <w:r w:rsidRPr="007251F0">
              <w:rPr>
                <w:sz w:val="18"/>
                <w:szCs w:val="18"/>
              </w:rPr>
              <w:t>Mycket orolig</w:t>
            </w:r>
          </w:p>
        </w:tc>
      </w:tr>
      <w:tr w:rsidR="00DC32F6" w:rsidRPr="00DC32F6" w14:paraId="2FD27015" w14:textId="77777777" w:rsidTr="00DC32F6">
        <w:trPr>
          <w:trHeight w:val="396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EDB8AB" w14:textId="5089F9AE" w:rsidR="00DC32F6" w:rsidRPr="00DC32F6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Kan du/ni medverka i en eventuell träff för att diskutera anmälan med de berörda?</w:t>
            </w:r>
            <w:r w:rsidRPr="007251F0">
              <w:rPr>
                <w:sz w:val="18"/>
                <w:szCs w:val="18"/>
              </w:rPr>
              <w:br/>
              <w:t xml:space="preserve">  </w:t>
            </w:r>
            <w:r w:rsidRPr="007251F0">
              <w:rPr>
                <w:sz w:val="18"/>
                <w:szCs w:val="18"/>
              </w:rPr>
              <w:br/>
            </w:r>
            <w:r w:rsidR="004726F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6F8" w:rsidRPr="00DB43A8">
              <w:rPr>
                <w:sz w:val="28"/>
                <w:szCs w:val="28"/>
              </w:rPr>
              <w:instrText xml:space="preserve"> FORMCHECKBOX </w:instrText>
            </w:r>
            <w:r w:rsidR="004726F8">
              <w:rPr>
                <w:sz w:val="28"/>
                <w:szCs w:val="28"/>
              </w:rPr>
            </w:r>
            <w:r w:rsidR="004726F8">
              <w:rPr>
                <w:sz w:val="28"/>
                <w:szCs w:val="28"/>
              </w:rPr>
              <w:fldChar w:fldCharType="separate"/>
            </w:r>
            <w:r w:rsidR="004726F8">
              <w:rPr>
                <w:sz w:val="28"/>
                <w:szCs w:val="28"/>
              </w:rPr>
              <w:fldChar w:fldCharType="end"/>
            </w:r>
            <w:r w:rsidR="004726F8" w:rsidRPr="00CB17CD">
              <w:rPr>
                <w:sz w:val="28"/>
                <w:szCs w:val="28"/>
              </w:rPr>
              <w:t xml:space="preserve"> </w:t>
            </w:r>
            <w:r w:rsidRPr="00DC32F6">
              <w:rPr>
                <w:sz w:val="18"/>
                <w:szCs w:val="18"/>
              </w:rPr>
              <w:t xml:space="preserve">Ja  </w:t>
            </w:r>
            <w:r w:rsidRPr="00DC32F6">
              <w:rPr>
                <w:sz w:val="28"/>
                <w:szCs w:val="28"/>
              </w:rPr>
              <w:t xml:space="preserve"> </w:t>
            </w:r>
            <w:r w:rsidR="004726F8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6F8" w:rsidRPr="00DB43A8">
              <w:rPr>
                <w:sz w:val="28"/>
                <w:szCs w:val="28"/>
              </w:rPr>
              <w:instrText xml:space="preserve"> FORMCHECKBOX </w:instrText>
            </w:r>
            <w:r w:rsidR="004726F8">
              <w:rPr>
                <w:sz w:val="28"/>
                <w:szCs w:val="28"/>
              </w:rPr>
            </w:r>
            <w:r w:rsidR="004726F8">
              <w:rPr>
                <w:sz w:val="28"/>
                <w:szCs w:val="28"/>
              </w:rPr>
              <w:fldChar w:fldCharType="separate"/>
            </w:r>
            <w:r w:rsidR="004726F8">
              <w:rPr>
                <w:sz w:val="28"/>
                <w:szCs w:val="28"/>
              </w:rPr>
              <w:fldChar w:fldCharType="end"/>
            </w:r>
            <w:r w:rsidR="004726F8" w:rsidRPr="00CB17CD">
              <w:rPr>
                <w:sz w:val="28"/>
                <w:szCs w:val="28"/>
              </w:rPr>
              <w:t xml:space="preserve"> </w:t>
            </w:r>
            <w:r w:rsidRPr="00DC32F6">
              <w:rPr>
                <w:sz w:val="18"/>
                <w:szCs w:val="18"/>
              </w:rPr>
              <w:t>Nej</w:t>
            </w:r>
          </w:p>
        </w:tc>
      </w:tr>
      <w:tr w:rsidR="00DC32F6" w:rsidRPr="007251F0" w14:paraId="472F60CF" w14:textId="77777777" w:rsidTr="00DC32F6">
        <w:trPr>
          <w:trHeight w:val="567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22A820" w14:textId="77777777" w:rsidR="00DC32F6" w:rsidRPr="007251F0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Har barnet/ungdomen varit i kontakt med andra myndigheter/vårdgivare/verksamheter?</w:t>
            </w:r>
            <w:r w:rsidRPr="007251F0">
              <w:rPr>
                <w:sz w:val="18"/>
                <w:szCs w:val="18"/>
              </w:rPr>
              <w:br/>
            </w:r>
          </w:p>
          <w:p w14:paraId="4798ACF0" w14:textId="3FE88DFC" w:rsidR="00DC32F6" w:rsidRPr="007251F0" w:rsidRDefault="00F167E1" w:rsidP="001F2253">
            <w:pPr>
              <w:spacing w:before="40" w:after="0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="00DC32F6" w:rsidRPr="007251F0">
              <w:rPr>
                <w:sz w:val="18"/>
                <w:szCs w:val="18"/>
              </w:rPr>
              <w:t xml:space="preserve">Nej   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="00DC32F6" w:rsidRPr="007251F0">
              <w:rPr>
                <w:sz w:val="18"/>
                <w:szCs w:val="18"/>
              </w:rPr>
              <w:t xml:space="preserve">Vet ej      </w:t>
            </w:r>
            <w:r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3A8"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Pr="00CB17CD">
              <w:rPr>
                <w:sz w:val="28"/>
                <w:szCs w:val="28"/>
              </w:rPr>
              <w:t xml:space="preserve"> </w:t>
            </w:r>
            <w:r w:rsidR="00DC32F6" w:rsidRPr="007251F0">
              <w:rPr>
                <w:sz w:val="18"/>
                <w:szCs w:val="18"/>
              </w:rPr>
              <w:t>Ja, ange vilken:</w:t>
            </w:r>
            <w:r>
              <w:rPr>
                <w:sz w:val="18"/>
                <w:szCs w:val="18"/>
              </w:rPr>
              <w:t xml:space="preserve"> </w:t>
            </w:r>
            <w:r w:rsidRPr="00F167E1"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Pr="00F167E1">
              <w:rPr>
                <w:sz w:val="22"/>
              </w:rPr>
              <w:instrText xml:space="preserve"> FORMTEXT </w:instrText>
            </w:r>
            <w:r w:rsidRPr="00F167E1">
              <w:rPr>
                <w:sz w:val="22"/>
              </w:rPr>
            </w:r>
            <w:r w:rsidRPr="00F167E1">
              <w:rPr>
                <w:sz w:val="22"/>
              </w:rPr>
              <w:fldChar w:fldCharType="separate"/>
            </w:r>
            <w:r w:rsidRPr="00F167E1">
              <w:rPr>
                <w:noProof/>
                <w:sz w:val="22"/>
              </w:rPr>
              <w:t> </w:t>
            </w:r>
            <w:r w:rsidRPr="00F167E1">
              <w:rPr>
                <w:noProof/>
                <w:sz w:val="22"/>
              </w:rPr>
              <w:t> </w:t>
            </w:r>
            <w:r w:rsidRPr="00F167E1">
              <w:rPr>
                <w:noProof/>
                <w:sz w:val="22"/>
              </w:rPr>
              <w:t> </w:t>
            </w:r>
            <w:r w:rsidRPr="00F167E1">
              <w:rPr>
                <w:noProof/>
                <w:sz w:val="22"/>
              </w:rPr>
              <w:t> </w:t>
            </w:r>
            <w:r w:rsidRPr="00F167E1">
              <w:rPr>
                <w:noProof/>
                <w:sz w:val="22"/>
              </w:rPr>
              <w:t> </w:t>
            </w:r>
            <w:r w:rsidRPr="00F167E1">
              <w:rPr>
                <w:sz w:val="22"/>
              </w:rPr>
              <w:fldChar w:fldCharType="end"/>
            </w:r>
            <w:bookmarkEnd w:id="25"/>
          </w:p>
        </w:tc>
      </w:tr>
      <w:tr w:rsidR="00DC32F6" w:rsidRPr="007251F0" w14:paraId="79AC6580" w14:textId="77777777" w:rsidTr="00DC32F6">
        <w:trPr>
          <w:trHeight w:val="481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6DAC71" w14:textId="77777777" w:rsidR="00DC32F6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Annan relevant information vid kontakt med barnet/ungdomen eller vårdnadshavare/vårdnadshavarna?</w:t>
            </w:r>
          </w:p>
          <w:p w14:paraId="44B8A8E4" w14:textId="77777777" w:rsidR="00591B5C" w:rsidRPr="00591B5C" w:rsidRDefault="00591B5C" w:rsidP="001F2253">
            <w:pPr>
              <w:spacing w:after="0" w:line="240" w:lineRule="auto"/>
              <w:rPr>
                <w:sz w:val="8"/>
                <w:szCs w:val="8"/>
              </w:rPr>
            </w:pPr>
          </w:p>
          <w:p w14:paraId="7FA1B512" w14:textId="190EE0DE" w:rsidR="00591B5C" w:rsidRPr="00591B5C" w:rsidRDefault="00591B5C" w:rsidP="001F2253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6"/>
          </w:p>
        </w:tc>
      </w:tr>
      <w:tr w:rsidR="00DC32F6" w:rsidRPr="00DC32F6" w14:paraId="6830FBC5" w14:textId="77777777" w:rsidTr="00DC32F6">
        <w:trPr>
          <w:trHeight w:val="396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BEEA57" w14:textId="16108491" w:rsidR="00DC32F6" w:rsidRPr="00DC32F6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sz w:val="18"/>
                <w:szCs w:val="18"/>
              </w:rPr>
              <w:t xml:space="preserve">Önskar återkoppling 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="00E548FE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8FE" w:rsidRPr="00DB43A8">
              <w:rPr>
                <w:sz w:val="28"/>
                <w:szCs w:val="28"/>
              </w:rPr>
              <w:instrText xml:space="preserve"> FORMCHECKBOX </w:instrText>
            </w:r>
            <w:r w:rsidR="00E548FE">
              <w:rPr>
                <w:sz w:val="28"/>
                <w:szCs w:val="28"/>
              </w:rPr>
            </w:r>
            <w:r w:rsidR="00E548FE">
              <w:rPr>
                <w:sz w:val="28"/>
                <w:szCs w:val="28"/>
              </w:rPr>
              <w:fldChar w:fldCharType="separate"/>
            </w:r>
            <w:r w:rsidR="00E548FE">
              <w:rPr>
                <w:sz w:val="28"/>
                <w:szCs w:val="28"/>
              </w:rPr>
              <w:fldChar w:fldCharType="end"/>
            </w:r>
            <w:r w:rsidR="00E548FE" w:rsidRPr="00CB17CD">
              <w:rPr>
                <w:sz w:val="28"/>
                <w:szCs w:val="28"/>
              </w:rPr>
              <w:t xml:space="preserve"> </w:t>
            </w:r>
            <w:r w:rsidRPr="00DC32F6">
              <w:rPr>
                <w:sz w:val="18"/>
                <w:szCs w:val="18"/>
              </w:rPr>
              <w:t xml:space="preserve">Ja   </w:t>
            </w:r>
            <w:r w:rsidR="00E548FE">
              <w:rPr>
                <w:sz w:val="28"/>
                <w:szCs w:val="2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8FE" w:rsidRPr="00DB43A8">
              <w:rPr>
                <w:sz w:val="28"/>
                <w:szCs w:val="28"/>
              </w:rPr>
              <w:instrText xml:space="preserve"> FORMCHECKBOX </w:instrText>
            </w:r>
            <w:r w:rsidR="00E548FE">
              <w:rPr>
                <w:sz w:val="28"/>
                <w:szCs w:val="28"/>
              </w:rPr>
            </w:r>
            <w:r w:rsidR="00E548FE">
              <w:rPr>
                <w:sz w:val="28"/>
                <w:szCs w:val="28"/>
              </w:rPr>
              <w:fldChar w:fldCharType="separate"/>
            </w:r>
            <w:r w:rsidR="00E548FE">
              <w:rPr>
                <w:sz w:val="28"/>
                <w:szCs w:val="28"/>
              </w:rPr>
              <w:fldChar w:fldCharType="end"/>
            </w:r>
            <w:r w:rsidR="00E548FE" w:rsidRPr="00CB17CD">
              <w:rPr>
                <w:sz w:val="28"/>
                <w:szCs w:val="28"/>
              </w:rPr>
              <w:t xml:space="preserve"> </w:t>
            </w:r>
            <w:r w:rsidRPr="00DC32F6">
              <w:rPr>
                <w:sz w:val="18"/>
                <w:szCs w:val="18"/>
              </w:rPr>
              <w:t>Nej</w:t>
            </w:r>
          </w:p>
        </w:tc>
      </w:tr>
    </w:tbl>
    <w:p w14:paraId="3A37B18C" w14:textId="77777777" w:rsidR="00DC32F6" w:rsidRPr="007251F0" w:rsidRDefault="00DC32F6" w:rsidP="00DC32F6">
      <w:pPr>
        <w:spacing w:before="120" w:after="60"/>
        <w:rPr>
          <w:sz w:val="24"/>
          <w:szCs w:val="24"/>
        </w:rPr>
      </w:pPr>
      <w:r w:rsidRPr="007251F0">
        <w:rPr>
          <w:b/>
          <w:sz w:val="24"/>
          <w:szCs w:val="24"/>
        </w:rPr>
        <w:br/>
        <w:t>Ytterligare information från annan myndighet/vårdgivare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DC32F6" w:rsidRPr="007251F0" w14:paraId="5E2E2340" w14:textId="77777777" w:rsidTr="001F2253">
        <w:trPr>
          <w:trHeight w:val="595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42AD99" w14:textId="77777777" w:rsidR="00DC32F6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Vad har anmälaren själv erbjudit/vidtagit för åtgärder tidigare?</w:t>
            </w:r>
          </w:p>
          <w:p w14:paraId="41EA813D" w14:textId="77777777" w:rsidR="00E548FE" w:rsidRPr="00E548FE" w:rsidRDefault="00E548FE" w:rsidP="001F2253">
            <w:pPr>
              <w:spacing w:after="0" w:line="240" w:lineRule="auto"/>
              <w:rPr>
                <w:sz w:val="8"/>
                <w:szCs w:val="8"/>
              </w:rPr>
            </w:pPr>
          </w:p>
          <w:p w14:paraId="05A320CE" w14:textId="2AF80012" w:rsidR="00E548FE" w:rsidRPr="00E548FE" w:rsidRDefault="00E548FE" w:rsidP="001F2253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7"/>
          </w:p>
        </w:tc>
      </w:tr>
      <w:tr w:rsidR="00DC32F6" w:rsidRPr="007251F0" w14:paraId="67A5F9A9" w14:textId="77777777" w:rsidTr="001F2253">
        <w:trPr>
          <w:trHeight w:val="595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FD2DB6" w14:textId="77777777" w:rsidR="00DC32F6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7251F0">
              <w:rPr>
                <w:sz w:val="18"/>
                <w:szCs w:val="18"/>
              </w:rPr>
              <w:t>Vilka åtgärder kommer anmälaren att vidta/erbjuda fortsättningsvis?</w:t>
            </w:r>
          </w:p>
          <w:p w14:paraId="3DCF86E5" w14:textId="77777777" w:rsidR="00E548FE" w:rsidRPr="00E548FE" w:rsidRDefault="00E548FE" w:rsidP="00E548FE">
            <w:pPr>
              <w:spacing w:after="0" w:line="240" w:lineRule="auto"/>
              <w:rPr>
                <w:sz w:val="8"/>
                <w:szCs w:val="8"/>
              </w:rPr>
            </w:pPr>
          </w:p>
          <w:p w14:paraId="2B0B32BB" w14:textId="5D76C89F" w:rsidR="00E548FE" w:rsidRPr="007251F0" w:rsidRDefault="00E548FE" w:rsidP="00E548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C32F6" w14:paraId="580078D7" w14:textId="77777777" w:rsidTr="001F2253">
        <w:trPr>
          <w:trHeight w:val="963"/>
          <w:jc w:val="center"/>
        </w:trPr>
        <w:tc>
          <w:tcPr>
            <w:tcW w:w="1020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67BE68" w14:textId="77777777" w:rsidR="00DC32F6" w:rsidRPr="00DC32F6" w:rsidRDefault="00DC32F6" w:rsidP="001F2253">
            <w:pPr>
              <w:spacing w:after="0" w:line="240" w:lineRule="auto"/>
              <w:rPr>
                <w:sz w:val="18"/>
                <w:szCs w:val="18"/>
              </w:rPr>
            </w:pPr>
            <w:r w:rsidRPr="00DC32F6">
              <w:rPr>
                <w:b/>
                <w:sz w:val="18"/>
                <w:szCs w:val="18"/>
              </w:rPr>
              <w:t>Underskrift anmälare</w:t>
            </w:r>
            <w:r w:rsidR="00614FB1">
              <w:rPr>
                <w:b/>
                <w:sz w:val="18"/>
                <w:szCs w:val="18"/>
              </w:rPr>
              <w:t>:</w:t>
            </w:r>
          </w:p>
        </w:tc>
      </w:tr>
    </w:tbl>
    <w:p w14:paraId="2528C0E0" w14:textId="77777777" w:rsidR="00DC32F6" w:rsidRPr="00DC32F6" w:rsidRDefault="00DC32F6" w:rsidP="00DC32F6">
      <w:pPr>
        <w:spacing w:before="280" w:after="0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Pr="00DC32F6">
        <w:rPr>
          <w:b/>
          <w:sz w:val="24"/>
          <w:szCs w:val="24"/>
        </w:rPr>
        <w:t>Anmälan skickas till:</w:t>
      </w:r>
    </w:p>
    <w:p w14:paraId="277C1304" w14:textId="77777777" w:rsidR="00DC32F6" w:rsidRPr="00DC32F6" w:rsidRDefault="00DC32F6" w:rsidP="00DC32F6">
      <w:pPr>
        <w:spacing w:after="0"/>
        <w:rPr>
          <w:sz w:val="18"/>
          <w:szCs w:val="18"/>
        </w:rPr>
      </w:pPr>
      <w:r>
        <w:rPr>
          <w:sz w:val="18"/>
          <w:szCs w:val="18"/>
        </w:rPr>
        <w:br/>
      </w:r>
      <w:r w:rsidRPr="00DC32F6">
        <w:rPr>
          <w:sz w:val="18"/>
          <w:szCs w:val="18"/>
        </w:rPr>
        <w:t>Individ och familjeomsorgen</w:t>
      </w:r>
    </w:p>
    <w:p w14:paraId="5DF2386C" w14:textId="77777777" w:rsidR="00DC32F6" w:rsidRPr="00DC32F6" w:rsidRDefault="00DC32F6" w:rsidP="00DC32F6">
      <w:pPr>
        <w:spacing w:after="0"/>
        <w:rPr>
          <w:sz w:val="18"/>
          <w:szCs w:val="18"/>
        </w:rPr>
      </w:pPr>
      <w:r w:rsidRPr="00DC32F6">
        <w:rPr>
          <w:sz w:val="18"/>
          <w:szCs w:val="18"/>
        </w:rPr>
        <w:t>Familjeenheten</w:t>
      </w:r>
    </w:p>
    <w:p w14:paraId="306B7B60" w14:textId="77777777" w:rsidR="00DC32F6" w:rsidRPr="00DC32F6" w:rsidRDefault="00DC32F6" w:rsidP="00DC32F6">
      <w:pPr>
        <w:spacing w:after="0"/>
        <w:rPr>
          <w:sz w:val="18"/>
          <w:szCs w:val="18"/>
        </w:rPr>
      </w:pPr>
      <w:r w:rsidRPr="00DC32F6">
        <w:rPr>
          <w:sz w:val="18"/>
          <w:szCs w:val="18"/>
        </w:rPr>
        <w:t>Granvägen 8</w:t>
      </w:r>
    </w:p>
    <w:p w14:paraId="2668DA2F" w14:textId="77777777" w:rsidR="00B17451" w:rsidRPr="00614FB1" w:rsidRDefault="00DC32F6" w:rsidP="00614FB1">
      <w:pPr>
        <w:spacing w:after="0"/>
        <w:rPr>
          <w:sz w:val="18"/>
          <w:szCs w:val="18"/>
        </w:rPr>
      </w:pPr>
      <w:r w:rsidRPr="00DC32F6">
        <w:rPr>
          <w:sz w:val="18"/>
          <w:szCs w:val="18"/>
        </w:rPr>
        <w:t>813 81 Hofors</w:t>
      </w:r>
    </w:p>
    <w:sectPr w:rsidR="00B17451" w:rsidRPr="00614FB1" w:rsidSect="00034616">
      <w:headerReference w:type="default" r:id="rId8"/>
      <w:footerReference w:type="default" r:id="rId9"/>
      <w:pgSz w:w="11906" w:h="16838"/>
      <w:pgMar w:top="624" w:right="850" w:bottom="737" w:left="850" w:header="28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31118" w14:textId="77777777" w:rsidR="00C9686E" w:rsidRDefault="00C9686E">
      <w:pPr>
        <w:spacing w:after="0" w:line="240" w:lineRule="auto"/>
      </w:pPr>
      <w:r>
        <w:separator/>
      </w:r>
    </w:p>
  </w:endnote>
  <w:endnote w:type="continuationSeparator" w:id="0">
    <w:p w14:paraId="4CC41224" w14:textId="77777777" w:rsidR="00C9686E" w:rsidRDefault="00C96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E99E" w14:textId="77777777" w:rsidR="00B17451" w:rsidRDefault="00B17451">
    <w:pPr>
      <w:pStyle w:val="Sidfo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288"/>
      <w:gridCol w:w="3231"/>
      <w:gridCol w:w="3572"/>
    </w:tblGrid>
    <w:tr w:rsidR="00B17451" w14:paraId="53FFAAC3" w14:textId="77777777">
      <w:trPr>
        <w:jc w:val="center"/>
      </w:trPr>
      <w:tc>
        <w:tcPr>
          <w:tcW w:w="3288" w:type="dxa"/>
          <w:tcBorders>
            <w:top w:val="nil"/>
            <w:left w:val="nil"/>
            <w:bottom w:val="nil"/>
            <w:right w:val="nil"/>
          </w:tcBorders>
        </w:tcPr>
        <w:p w14:paraId="05CDFAB7" w14:textId="77777777" w:rsidR="00B17451" w:rsidRPr="00614FB1" w:rsidRDefault="003B134E">
          <w:pPr>
            <w:rPr>
              <w:sz w:val="16"/>
              <w:szCs w:val="16"/>
            </w:rPr>
          </w:pPr>
          <w:r w:rsidRPr="00614FB1">
            <w:rPr>
              <w:i/>
              <w:sz w:val="16"/>
              <w:szCs w:val="16"/>
            </w:rPr>
            <w:t xml:space="preserve">Besöksadress </w:t>
          </w:r>
          <w:r w:rsidRPr="00614FB1">
            <w:rPr>
              <w:sz w:val="16"/>
              <w:szCs w:val="16"/>
            </w:rPr>
            <w:t>Granvägen 8</w:t>
          </w:r>
          <w:r w:rsidRPr="00614FB1">
            <w:rPr>
              <w:i/>
              <w:sz w:val="16"/>
              <w:szCs w:val="16"/>
            </w:rPr>
            <w:br/>
            <w:t xml:space="preserve">Postadress </w:t>
          </w:r>
          <w:r w:rsidRPr="00614FB1">
            <w:rPr>
              <w:sz w:val="16"/>
              <w:szCs w:val="16"/>
            </w:rPr>
            <w:t>813 81 Hofors</w:t>
          </w:r>
        </w:p>
      </w:tc>
      <w:tc>
        <w:tcPr>
          <w:tcW w:w="3231" w:type="dxa"/>
          <w:tcBorders>
            <w:top w:val="nil"/>
            <w:left w:val="nil"/>
            <w:bottom w:val="nil"/>
            <w:right w:val="nil"/>
          </w:tcBorders>
        </w:tcPr>
        <w:p w14:paraId="4A17E751" w14:textId="77777777" w:rsidR="00B17451" w:rsidRPr="006E6802" w:rsidRDefault="003B134E">
          <w:pPr>
            <w:rPr>
              <w:sz w:val="16"/>
              <w:szCs w:val="16"/>
              <w:lang w:val="en-GB"/>
            </w:rPr>
          </w:pPr>
          <w:r w:rsidRPr="006E6802">
            <w:rPr>
              <w:i/>
              <w:sz w:val="16"/>
              <w:szCs w:val="16"/>
              <w:lang w:val="en-GB"/>
            </w:rPr>
            <w:t xml:space="preserve">Tfn vxl </w:t>
          </w:r>
          <w:r w:rsidRPr="006E6802">
            <w:rPr>
              <w:sz w:val="16"/>
              <w:szCs w:val="16"/>
              <w:lang w:val="en-GB"/>
            </w:rPr>
            <w:t>0290-290 00</w:t>
          </w:r>
          <w:r w:rsidRPr="006E6802">
            <w:rPr>
              <w:i/>
              <w:sz w:val="16"/>
              <w:szCs w:val="16"/>
              <w:lang w:val="en-GB"/>
            </w:rPr>
            <w:br/>
            <w:t xml:space="preserve">E-post </w:t>
          </w:r>
          <w:r w:rsidRPr="006E6802">
            <w:rPr>
              <w:sz w:val="16"/>
              <w:szCs w:val="16"/>
              <w:lang w:val="en-GB"/>
            </w:rPr>
            <w:t>hofors.kommun@hofors.se</w:t>
          </w: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14:paraId="1211E80B" w14:textId="77777777" w:rsidR="00B17451" w:rsidRPr="00614FB1" w:rsidRDefault="003B134E">
          <w:pPr>
            <w:rPr>
              <w:sz w:val="16"/>
              <w:szCs w:val="16"/>
            </w:rPr>
          </w:pPr>
          <w:r w:rsidRPr="00614FB1">
            <w:rPr>
              <w:i/>
              <w:sz w:val="16"/>
              <w:szCs w:val="16"/>
            </w:rPr>
            <w:t xml:space="preserve">Org nr </w:t>
          </w:r>
          <w:proofErr w:type="gramStart"/>
          <w:r w:rsidRPr="00614FB1">
            <w:rPr>
              <w:sz w:val="16"/>
              <w:szCs w:val="16"/>
            </w:rPr>
            <w:t>212000-2296</w:t>
          </w:r>
          <w:proofErr w:type="gramEnd"/>
          <w:r w:rsidRPr="00614FB1">
            <w:rPr>
              <w:i/>
              <w:sz w:val="16"/>
              <w:szCs w:val="16"/>
            </w:rPr>
            <w:br/>
            <w:t xml:space="preserve">Bankgiro </w:t>
          </w:r>
          <w:proofErr w:type="gramStart"/>
          <w:r w:rsidRPr="00614FB1">
            <w:rPr>
              <w:sz w:val="16"/>
              <w:szCs w:val="16"/>
            </w:rPr>
            <w:t>226-1501</w:t>
          </w:r>
          <w:proofErr w:type="gramEnd"/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1624" w14:textId="77777777" w:rsidR="00C9686E" w:rsidRDefault="00C9686E">
      <w:pPr>
        <w:spacing w:after="0" w:line="240" w:lineRule="auto"/>
      </w:pPr>
      <w:r>
        <w:separator/>
      </w:r>
    </w:p>
  </w:footnote>
  <w:footnote w:type="continuationSeparator" w:id="0">
    <w:p w14:paraId="3B4C75A2" w14:textId="77777777" w:rsidR="00C9686E" w:rsidRDefault="00C96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8EC80" w14:textId="77777777" w:rsidR="00614FB1" w:rsidRDefault="00614FB1">
    <w:pPr>
      <w:pStyle w:val="Sidhuvud"/>
    </w:pPr>
  </w:p>
  <w:p w14:paraId="2C55A6E5" w14:textId="77777777" w:rsidR="00614FB1" w:rsidRDefault="00614FB1">
    <w:pPr>
      <w:pStyle w:val="Sidhuvud"/>
    </w:pPr>
    <w:r w:rsidRPr="00DC32F6">
      <w:rPr>
        <w:b/>
        <w:noProof/>
        <w:sz w:val="36"/>
        <w:lang w:eastAsia="sv-SE"/>
      </w:rPr>
      <w:drawing>
        <wp:inline distT="0" distB="0" distL="0" distR="0" wp14:anchorId="73AEB6FE" wp14:editId="43C561F0">
          <wp:extent cx="1429200" cy="453600"/>
          <wp:effectExtent l="0" t="0" r="0" b="381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45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0621A" w14:textId="77777777" w:rsidR="00614FB1" w:rsidRDefault="00614F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4191745">
    <w:abstractNumId w:val="8"/>
  </w:num>
  <w:num w:numId="2" w16cid:durableId="1091387005">
    <w:abstractNumId w:val="6"/>
  </w:num>
  <w:num w:numId="3" w16cid:durableId="1761678343">
    <w:abstractNumId w:val="5"/>
  </w:num>
  <w:num w:numId="4" w16cid:durableId="1290940139">
    <w:abstractNumId w:val="4"/>
  </w:num>
  <w:num w:numId="5" w16cid:durableId="1849981153">
    <w:abstractNumId w:val="7"/>
  </w:num>
  <w:num w:numId="6" w16cid:durableId="1276597825">
    <w:abstractNumId w:val="3"/>
  </w:num>
  <w:num w:numId="7" w16cid:durableId="1140654263">
    <w:abstractNumId w:val="2"/>
  </w:num>
  <w:num w:numId="8" w16cid:durableId="923954091">
    <w:abstractNumId w:val="1"/>
  </w:num>
  <w:num w:numId="9" w16cid:durableId="33504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5nQ6O4rDZZvzl+prvvPWNRBmnZ2Nm5gli1Auem1BxSfhtzm+TsJILBzRWXONmgD4wUOdDA8CJosQvcDUfklTw==" w:salt="onmKIU0tnIvR2MlCWid+9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22AB"/>
    <w:rsid w:val="00027E64"/>
    <w:rsid w:val="00034616"/>
    <w:rsid w:val="00037DAA"/>
    <w:rsid w:val="0006063C"/>
    <w:rsid w:val="000877E6"/>
    <w:rsid w:val="00105559"/>
    <w:rsid w:val="0015074B"/>
    <w:rsid w:val="001B4513"/>
    <w:rsid w:val="001C6804"/>
    <w:rsid w:val="001D444D"/>
    <w:rsid w:val="001F679B"/>
    <w:rsid w:val="00200902"/>
    <w:rsid w:val="00277226"/>
    <w:rsid w:val="0029639D"/>
    <w:rsid w:val="002F3AA4"/>
    <w:rsid w:val="00326F90"/>
    <w:rsid w:val="00370358"/>
    <w:rsid w:val="003A7555"/>
    <w:rsid w:val="003B134E"/>
    <w:rsid w:val="004726F8"/>
    <w:rsid w:val="00474B4B"/>
    <w:rsid w:val="004C3F60"/>
    <w:rsid w:val="00531213"/>
    <w:rsid w:val="00586118"/>
    <w:rsid w:val="00591B5C"/>
    <w:rsid w:val="005C4F1E"/>
    <w:rsid w:val="00614FB1"/>
    <w:rsid w:val="006447B5"/>
    <w:rsid w:val="006E6802"/>
    <w:rsid w:val="007251F0"/>
    <w:rsid w:val="007B6873"/>
    <w:rsid w:val="007E4EB7"/>
    <w:rsid w:val="00822974"/>
    <w:rsid w:val="00823F05"/>
    <w:rsid w:val="0085208D"/>
    <w:rsid w:val="008D1B68"/>
    <w:rsid w:val="00936FCF"/>
    <w:rsid w:val="00A71A17"/>
    <w:rsid w:val="00AA1D8D"/>
    <w:rsid w:val="00AD0273"/>
    <w:rsid w:val="00B17451"/>
    <w:rsid w:val="00B47730"/>
    <w:rsid w:val="00B604AC"/>
    <w:rsid w:val="00B9471A"/>
    <w:rsid w:val="00BD02A6"/>
    <w:rsid w:val="00BD0FE4"/>
    <w:rsid w:val="00C9686E"/>
    <w:rsid w:val="00CB0664"/>
    <w:rsid w:val="00CB17CD"/>
    <w:rsid w:val="00D07019"/>
    <w:rsid w:val="00DB43A8"/>
    <w:rsid w:val="00DC32F6"/>
    <w:rsid w:val="00E548FE"/>
    <w:rsid w:val="00F167E1"/>
    <w:rsid w:val="00F24767"/>
    <w:rsid w:val="00F934EC"/>
    <w:rsid w:val="00FB42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87233E"/>
  <w14:defaultImageDpi w14:val="300"/>
  <w15:docId w15:val="{2A90F303-1EA0-4A7B-9FBE-CAEEF7CF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DC32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8520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1471B0-7A07-40E9-B35F-CEDDC8A3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Eija Viitala Larsson</cp:lastModifiedBy>
  <cp:revision>2</cp:revision>
  <dcterms:created xsi:type="dcterms:W3CDTF">2026-08-26T13:17:00Z</dcterms:created>
  <dcterms:modified xsi:type="dcterms:W3CDTF">2026-08-26T13:17:00Z</dcterms:modified>
  <cp:category/>
</cp:coreProperties>
</file>